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391B55" w14:textId="77777777" w:rsidR="00025D1A" w:rsidRPr="009808B5" w:rsidRDefault="00291F6F" w:rsidP="005848C3">
      <w:pPr>
        <w:pStyle w:val="Nzev"/>
        <w:spacing w:after="0"/>
        <w:jc w:val="center"/>
        <w:rPr>
          <w:lang w:val="cs-CZ"/>
        </w:rPr>
      </w:pPr>
      <w:r w:rsidRPr="009808B5">
        <w:rPr>
          <w:lang w:val="cs-CZ"/>
        </w:rPr>
        <w:t>Informace k setkáním Ministerstva vnitra se společenstvími obcí</w:t>
      </w:r>
    </w:p>
    <w:p w14:paraId="5CDA7E11" w14:textId="6DF23D26" w:rsidR="00025D1A" w:rsidRPr="009808B5" w:rsidRDefault="00291F6F" w:rsidP="005848C3">
      <w:pPr>
        <w:spacing w:after="60" w:line="240" w:lineRule="auto"/>
        <w:jc w:val="center"/>
        <w:rPr>
          <w:lang w:val="cs-CZ"/>
        </w:rPr>
      </w:pPr>
      <w:r w:rsidRPr="009808B5">
        <w:rPr>
          <w:i/>
          <w:lang w:val="cs-CZ"/>
        </w:rPr>
        <w:t xml:space="preserve">Mohelnice 22. září 2026 </w:t>
      </w:r>
    </w:p>
    <w:p w14:paraId="11F8CAA0" w14:textId="77777777" w:rsidR="00971CCF" w:rsidRDefault="00971CCF" w:rsidP="00971CCF">
      <w:pPr>
        <w:spacing w:after="120" w:line="276" w:lineRule="auto"/>
        <w:jc w:val="both"/>
        <w:rPr>
          <w:sz w:val="22"/>
          <w:lang w:val="cs-CZ"/>
        </w:rPr>
      </w:pPr>
    </w:p>
    <w:p w14:paraId="45234B7C" w14:textId="58CB7FF5" w:rsidR="00025D1A" w:rsidRPr="00971CCF" w:rsidRDefault="00291F6F" w:rsidP="00971CCF">
      <w:pPr>
        <w:spacing w:after="120" w:line="276" w:lineRule="auto"/>
        <w:jc w:val="both"/>
        <w:rPr>
          <w:b/>
          <w:bCs/>
          <w:sz w:val="20"/>
          <w:szCs w:val="20"/>
          <w:lang w:val="cs-CZ"/>
        </w:rPr>
      </w:pPr>
      <w:r w:rsidRPr="00971CCF">
        <w:rPr>
          <w:sz w:val="20"/>
          <w:szCs w:val="20"/>
          <w:lang w:val="cs-CZ"/>
        </w:rPr>
        <w:t xml:space="preserve">Ve dnech 22. a 24. září 2026 se uskuteční dvě regionální setkání Ministerstva vnitra se společenstvími obcí. Akce jsou pořádány ve spolupráci s </w:t>
      </w:r>
      <w:r w:rsidR="009808B5" w:rsidRPr="00971CCF">
        <w:rPr>
          <w:sz w:val="20"/>
          <w:szCs w:val="20"/>
          <w:lang w:val="cs-CZ"/>
        </w:rPr>
        <w:t xml:space="preserve">místními společenstvími obcí a </w:t>
      </w:r>
      <w:r w:rsidRPr="00971CCF">
        <w:rPr>
          <w:sz w:val="20"/>
          <w:szCs w:val="20"/>
          <w:lang w:val="cs-CZ"/>
        </w:rPr>
        <w:t xml:space="preserve">Asociací společenství obcí České republiky </w:t>
      </w:r>
      <w:r w:rsidR="009808B5" w:rsidRPr="00971CCF">
        <w:rPr>
          <w:sz w:val="20"/>
          <w:szCs w:val="20"/>
          <w:lang w:val="cs-CZ"/>
        </w:rPr>
        <w:t>(ASO)</w:t>
      </w:r>
      <w:r w:rsidRPr="00971CCF">
        <w:rPr>
          <w:sz w:val="20"/>
          <w:szCs w:val="20"/>
          <w:lang w:val="cs-CZ"/>
        </w:rPr>
        <w:t xml:space="preserve">. </w:t>
      </w:r>
      <w:r w:rsidRPr="00971CCF">
        <w:rPr>
          <w:b/>
          <w:bCs/>
          <w:sz w:val="20"/>
          <w:szCs w:val="20"/>
          <w:lang w:val="cs-CZ"/>
        </w:rPr>
        <w:t xml:space="preserve">Cílem je představit aktuální vývoj, poskytnout metodickou podporu </w:t>
      </w:r>
      <w:r w:rsidR="009808B5" w:rsidRPr="00971CCF">
        <w:rPr>
          <w:b/>
          <w:bCs/>
          <w:sz w:val="20"/>
          <w:szCs w:val="20"/>
          <w:lang w:val="cs-CZ"/>
        </w:rPr>
        <w:t xml:space="preserve">spojenou s realizací projektů (Dotace MV 2026) </w:t>
      </w:r>
      <w:r w:rsidRPr="00971CCF">
        <w:rPr>
          <w:b/>
          <w:bCs/>
          <w:sz w:val="20"/>
          <w:szCs w:val="20"/>
          <w:lang w:val="cs-CZ"/>
        </w:rPr>
        <w:t>a projednat praktické otázky spojené s tvorbou strategií</w:t>
      </w:r>
      <w:r w:rsidR="009808B5" w:rsidRPr="00971CCF">
        <w:rPr>
          <w:b/>
          <w:bCs/>
          <w:sz w:val="20"/>
          <w:szCs w:val="20"/>
          <w:lang w:val="cs-CZ"/>
        </w:rPr>
        <w:t xml:space="preserve"> rozvoje společenství obcí</w:t>
      </w:r>
      <w:r w:rsidRPr="00971CCF">
        <w:rPr>
          <w:b/>
          <w:bCs/>
          <w:sz w:val="20"/>
          <w:szCs w:val="20"/>
          <w:lang w:val="cs-CZ"/>
        </w:rPr>
        <w:t>.</w:t>
      </w:r>
    </w:p>
    <w:p w14:paraId="4E5EB39E" w14:textId="7932E877" w:rsidR="00D31960" w:rsidRPr="00971CCF" w:rsidRDefault="00D31960" w:rsidP="00971CCF">
      <w:pPr>
        <w:spacing w:after="120" w:line="276" w:lineRule="auto"/>
        <w:jc w:val="both"/>
        <w:rPr>
          <w:sz w:val="20"/>
          <w:szCs w:val="20"/>
          <w:lang w:val="cs-CZ"/>
        </w:rPr>
      </w:pPr>
      <w:r w:rsidRPr="00971CCF">
        <w:rPr>
          <w:sz w:val="20"/>
          <w:szCs w:val="20"/>
          <w:lang w:val="cs-CZ"/>
        </w:rPr>
        <w:t>Setkání zároveň nabídnou prostor pro přímou diskusi se zástupci společenství obcí, sdílení zkušeností a příkladů dobré praxe a získání podnětů pro další metodickou a dotační podporu ze strany Ministerstva vnitra. Po skončení společného programu budou možné také individuální konzultace ke konkrétním otázkám jednotlivých společenství obcí.</w:t>
      </w:r>
    </w:p>
    <w:p w14:paraId="587434A4" w14:textId="77777777" w:rsidR="009808B5" w:rsidRPr="00971CCF" w:rsidRDefault="00D31960" w:rsidP="00971CCF">
      <w:pPr>
        <w:spacing w:after="120" w:line="276" w:lineRule="auto"/>
        <w:jc w:val="both"/>
        <w:rPr>
          <w:sz w:val="20"/>
          <w:szCs w:val="20"/>
          <w:lang w:val="cs-CZ"/>
        </w:rPr>
      </w:pPr>
      <w:r w:rsidRPr="00971CCF">
        <w:rPr>
          <w:sz w:val="20"/>
          <w:szCs w:val="20"/>
          <w:lang w:val="cs-CZ"/>
        </w:rPr>
        <w:t>Uspořádání setkání na Moravě a v Čechách má umožnit účast co nejširšímu okruhu společenství obcí z jednotlivých regionů. Setkání jsou určena zejména předsedům a manažerům společenství obcí, kteří se přímo podílejí na jejich fungování, strategickém rozvoji a realizaci podpořených projektů.</w:t>
      </w:r>
    </w:p>
    <w:p w14:paraId="7613B0CE" w14:textId="67DF5ED3" w:rsidR="00025D1A" w:rsidRPr="009808B5" w:rsidRDefault="00025D1A" w:rsidP="005848C3">
      <w:pPr>
        <w:pStyle w:val="Nadpis1"/>
        <w:spacing w:before="0" w:after="0" w:line="240" w:lineRule="auto"/>
        <w:rPr>
          <w:sz w:val="22"/>
          <w:szCs w:val="22"/>
          <w:lang w:val="cs-CZ"/>
        </w:rPr>
      </w:pPr>
    </w:p>
    <w:tbl>
      <w:tblPr>
        <w:tblW w:w="0" w:type="auto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945"/>
        <w:gridCol w:w="6521"/>
      </w:tblGrid>
      <w:tr w:rsidR="00971CCF" w:rsidRPr="009808B5" w14:paraId="5805B32C" w14:textId="77777777" w:rsidTr="00971CCF">
        <w:tc>
          <w:tcPr>
            <w:tcW w:w="2945" w:type="dxa"/>
            <w:shd w:val="clear" w:color="auto" w:fill="E7E6E6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6C72CA17" w14:textId="77777777" w:rsidR="00971CCF" w:rsidRPr="009808B5" w:rsidRDefault="00971CCF" w:rsidP="005848C3">
            <w:pPr>
              <w:spacing w:after="0" w:line="240" w:lineRule="auto"/>
              <w:jc w:val="center"/>
              <w:rPr>
                <w:sz w:val="20"/>
                <w:szCs w:val="20"/>
                <w:lang w:val="cs-CZ"/>
              </w:rPr>
            </w:pPr>
            <w:r w:rsidRPr="009808B5">
              <w:rPr>
                <w:b/>
                <w:sz w:val="20"/>
                <w:szCs w:val="20"/>
                <w:lang w:val="cs-CZ"/>
              </w:rPr>
              <w:t>Údaj</w:t>
            </w:r>
          </w:p>
        </w:tc>
        <w:tc>
          <w:tcPr>
            <w:tcW w:w="6521" w:type="dxa"/>
            <w:shd w:val="clear" w:color="auto" w:fill="E7E6E6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ABFCCEB" w14:textId="77777777" w:rsidR="00971CCF" w:rsidRPr="009808B5" w:rsidRDefault="00971CCF" w:rsidP="005848C3">
            <w:pPr>
              <w:spacing w:after="0" w:line="240" w:lineRule="auto"/>
              <w:jc w:val="center"/>
              <w:rPr>
                <w:sz w:val="20"/>
                <w:szCs w:val="20"/>
                <w:lang w:val="cs-CZ"/>
              </w:rPr>
            </w:pPr>
            <w:r w:rsidRPr="009808B5">
              <w:rPr>
                <w:b/>
                <w:sz w:val="20"/>
                <w:szCs w:val="20"/>
                <w:lang w:val="cs-CZ"/>
              </w:rPr>
              <w:t>Mohelnice</w:t>
            </w:r>
          </w:p>
        </w:tc>
      </w:tr>
      <w:tr w:rsidR="00971CCF" w:rsidRPr="009808B5" w14:paraId="35B56D1B" w14:textId="77777777" w:rsidTr="00971CCF">
        <w:trPr>
          <w:trHeight w:val="424"/>
        </w:trPr>
        <w:tc>
          <w:tcPr>
            <w:tcW w:w="294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DB78F99" w14:textId="77777777" w:rsidR="00971CCF" w:rsidRPr="009808B5" w:rsidRDefault="00971CCF" w:rsidP="005848C3">
            <w:pPr>
              <w:spacing w:after="0" w:line="240" w:lineRule="auto"/>
              <w:jc w:val="center"/>
              <w:rPr>
                <w:sz w:val="20"/>
                <w:szCs w:val="20"/>
                <w:lang w:val="cs-CZ"/>
              </w:rPr>
            </w:pPr>
            <w:r w:rsidRPr="009808B5">
              <w:rPr>
                <w:b/>
                <w:sz w:val="20"/>
                <w:szCs w:val="20"/>
                <w:lang w:val="cs-CZ"/>
              </w:rPr>
              <w:t>Termín a čas</w:t>
            </w:r>
          </w:p>
        </w:tc>
        <w:tc>
          <w:tcPr>
            <w:tcW w:w="652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60CE103" w14:textId="3ED74D90" w:rsidR="00971CCF" w:rsidRPr="009808B5" w:rsidRDefault="00971CCF" w:rsidP="00971CCF">
            <w:pPr>
              <w:spacing w:after="0" w:line="240" w:lineRule="auto"/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22. září 2026 </w:t>
            </w:r>
            <w:r w:rsidRPr="009808B5">
              <w:rPr>
                <w:sz w:val="20"/>
                <w:szCs w:val="20"/>
                <w:lang w:val="cs-CZ"/>
              </w:rPr>
              <w:t>od 10:00 hodin</w:t>
            </w:r>
          </w:p>
        </w:tc>
      </w:tr>
      <w:tr w:rsidR="00971CCF" w:rsidRPr="009808B5" w14:paraId="60301226" w14:textId="77777777" w:rsidTr="00971CCF">
        <w:tc>
          <w:tcPr>
            <w:tcW w:w="294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C276BEB" w14:textId="77777777" w:rsidR="00971CCF" w:rsidRPr="009808B5" w:rsidRDefault="00971CCF" w:rsidP="005848C3">
            <w:pPr>
              <w:spacing w:after="0" w:line="240" w:lineRule="auto"/>
              <w:jc w:val="center"/>
              <w:rPr>
                <w:sz w:val="20"/>
                <w:szCs w:val="20"/>
                <w:lang w:val="cs-CZ"/>
              </w:rPr>
            </w:pPr>
            <w:r w:rsidRPr="009808B5">
              <w:rPr>
                <w:b/>
                <w:sz w:val="20"/>
                <w:szCs w:val="20"/>
                <w:lang w:val="cs-CZ"/>
              </w:rPr>
              <w:t>Místo</w:t>
            </w:r>
          </w:p>
        </w:tc>
        <w:tc>
          <w:tcPr>
            <w:tcW w:w="6521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F63D84E" w14:textId="77777777" w:rsidR="00971CCF" w:rsidRPr="009808B5" w:rsidRDefault="00971CCF" w:rsidP="00971CCF">
            <w:pPr>
              <w:spacing w:after="0" w:line="240" w:lineRule="auto"/>
              <w:jc w:val="center"/>
              <w:rPr>
                <w:sz w:val="20"/>
                <w:szCs w:val="20"/>
                <w:lang w:val="cs-CZ"/>
              </w:rPr>
            </w:pPr>
            <w:r w:rsidRPr="009808B5">
              <w:rPr>
                <w:sz w:val="20"/>
                <w:szCs w:val="20"/>
                <w:lang w:val="cs-CZ"/>
              </w:rPr>
              <w:t>Městská knihovna Mohelnice</w:t>
            </w:r>
            <w:r w:rsidRPr="009808B5">
              <w:rPr>
                <w:sz w:val="20"/>
                <w:szCs w:val="20"/>
                <w:lang w:val="cs-CZ"/>
              </w:rPr>
              <w:br/>
              <w:t>společenský sál v přízemí</w:t>
            </w:r>
            <w:r w:rsidRPr="009808B5">
              <w:rPr>
                <w:sz w:val="20"/>
                <w:szCs w:val="20"/>
                <w:lang w:val="cs-CZ"/>
              </w:rPr>
              <w:br/>
              <w:t>U Brány 1548/4</w:t>
            </w:r>
          </w:p>
        </w:tc>
      </w:tr>
    </w:tbl>
    <w:p w14:paraId="19618CBD" w14:textId="77777777" w:rsidR="009808B5" w:rsidRDefault="009808B5" w:rsidP="005848C3">
      <w:pPr>
        <w:pStyle w:val="Nadpis1"/>
        <w:spacing w:before="0" w:after="0" w:line="240" w:lineRule="auto"/>
        <w:rPr>
          <w:sz w:val="22"/>
          <w:szCs w:val="22"/>
          <w:lang w:val="cs-CZ"/>
        </w:rPr>
      </w:pPr>
    </w:p>
    <w:p w14:paraId="548F9FD7" w14:textId="29CB71CD" w:rsidR="00025D1A" w:rsidRDefault="00971CCF" w:rsidP="005848C3">
      <w:pPr>
        <w:pStyle w:val="Nadpis1"/>
        <w:spacing w:before="0" w:after="0" w:line="240" w:lineRule="auto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Program setkání</w:t>
      </w:r>
    </w:p>
    <w:p w14:paraId="7CD994E5" w14:textId="77777777" w:rsidR="00971CCF" w:rsidRPr="00971CCF" w:rsidRDefault="00971CCF" w:rsidP="00971CCF">
      <w:pPr>
        <w:rPr>
          <w:lang w:val="cs-CZ"/>
        </w:rPr>
      </w:pPr>
    </w:p>
    <w:p w14:paraId="51FBDE2C" w14:textId="5B82AEBE" w:rsidR="00386348" w:rsidRPr="009808B5" w:rsidRDefault="00386348" w:rsidP="005848C3">
      <w:pPr>
        <w:keepNext/>
        <w:spacing w:after="0" w:line="240" w:lineRule="auto"/>
        <w:rPr>
          <w:b/>
          <w:sz w:val="20"/>
          <w:szCs w:val="20"/>
          <w:lang w:val="cs-CZ"/>
        </w:rPr>
      </w:pPr>
      <w:r w:rsidRPr="009808B5">
        <w:rPr>
          <w:b/>
          <w:sz w:val="20"/>
          <w:szCs w:val="20"/>
          <w:lang w:val="cs-CZ"/>
        </w:rPr>
        <w:t>10:00–10:05 Zahájení</w:t>
      </w:r>
    </w:p>
    <w:p w14:paraId="3E6CB14A" w14:textId="77777777" w:rsidR="00971CCF" w:rsidRDefault="00386348" w:rsidP="00971CCF">
      <w:pPr>
        <w:pStyle w:val="Seznamsodrkami"/>
        <w:spacing w:after="0" w:line="240" w:lineRule="auto"/>
        <w:ind w:left="737" w:hanging="255"/>
        <w:rPr>
          <w:sz w:val="20"/>
          <w:szCs w:val="20"/>
          <w:lang w:val="cs-CZ"/>
        </w:rPr>
      </w:pPr>
      <w:r w:rsidRPr="009808B5">
        <w:rPr>
          <w:sz w:val="20"/>
          <w:szCs w:val="20"/>
          <w:lang w:val="cs-CZ"/>
        </w:rPr>
        <w:t>Přivítání ze strany hostitelského společenství obcí</w:t>
      </w:r>
    </w:p>
    <w:p w14:paraId="5E659A2D" w14:textId="0E53C301" w:rsidR="00386348" w:rsidRPr="00971CCF" w:rsidRDefault="00386348" w:rsidP="00971CCF">
      <w:pPr>
        <w:pStyle w:val="Seznamsodrkami"/>
        <w:numPr>
          <w:ilvl w:val="0"/>
          <w:numId w:val="0"/>
        </w:numPr>
        <w:spacing w:after="0" w:line="240" w:lineRule="auto"/>
        <w:ind w:left="737"/>
        <w:rPr>
          <w:sz w:val="20"/>
          <w:szCs w:val="20"/>
          <w:lang w:val="cs-CZ"/>
        </w:rPr>
      </w:pPr>
      <w:r w:rsidRPr="00971CCF">
        <w:rPr>
          <w:b/>
          <w:sz w:val="20"/>
          <w:szCs w:val="20"/>
          <w:lang w:val="cs-CZ"/>
        </w:rPr>
        <w:t xml:space="preserve">                   </w:t>
      </w:r>
    </w:p>
    <w:p w14:paraId="24F3EC40" w14:textId="558E6405" w:rsidR="00025D1A" w:rsidRPr="009808B5" w:rsidRDefault="00291F6F" w:rsidP="005848C3">
      <w:pPr>
        <w:keepNext/>
        <w:spacing w:after="0" w:line="240" w:lineRule="auto"/>
        <w:rPr>
          <w:sz w:val="20"/>
          <w:szCs w:val="20"/>
          <w:lang w:val="cs-CZ"/>
        </w:rPr>
      </w:pPr>
      <w:r w:rsidRPr="009808B5">
        <w:rPr>
          <w:b/>
          <w:sz w:val="20"/>
          <w:szCs w:val="20"/>
          <w:lang w:val="cs-CZ"/>
        </w:rPr>
        <w:t>10:0</w:t>
      </w:r>
      <w:r w:rsidR="00386348" w:rsidRPr="009808B5">
        <w:rPr>
          <w:b/>
          <w:sz w:val="20"/>
          <w:szCs w:val="20"/>
          <w:lang w:val="cs-CZ"/>
        </w:rPr>
        <w:t>5</w:t>
      </w:r>
      <w:r w:rsidRPr="009808B5">
        <w:rPr>
          <w:b/>
          <w:sz w:val="20"/>
          <w:szCs w:val="20"/>
          <w:lang w:val="cs-CZ"/>
        </w:rPr>
        <w:t>–10:</w:t>
      </w:r>
      <w:r w:rsidR="00386348" w:rsidRPr="009808B5">
        <w:rPr>
          <w:b/>
          <w:sz w:val="20"/>
          <w:szCs w:val="20"/>
          <w:lang w:val="cs-CZ"/>
        </w:rPr>
        <w:t>30</w:t>
      </w:r>
      <w:r w:rsidRPr="009808B5">
        <w:rPr>
          <w:b/>
          <w:sz w:val="20"/>
          <w:szCs w:val="20"/>
          <w:lang w:val="cs-CZ"/>
        </w:rPr>
        <w:t xml:space="preserve">  Seznámení SO s aktuálním vývojem</w:t>
      </w:r>
    </w:p>
    <w:p w14:paraId="3CBB115E" w14:textId="77777777" w:rsidR="00025D1A" w:rsidRPr="009808B5" w:rsidRDefault="00291F6F" w:rsidP="005848C3">
      <w:pPr>
        <w:pStyle w:val="Seznamsodrkami"/>
        <w:spacing w:after="0" w:line="240" w:lineRule="auto"/>
        <w:ind w:left="737" w:hanging="255"/>
        <w:rPr>
          <w:sz w:val="20"/>
          <w:szCs w:val="20"/>
          <w:lang w:val="cs-CZ"/>
        </w:rPr>
      </w:pPr>
      <w:r w:rsidRPr="009808B5">
        <w:rPr>
          <w:sz w:val="20"/>
          <w:szCs w:val="20"/>
          <w:lang w:val="cs-CZ"/>
        </w:rPr>
        <w:t>vývoj počtu SO;</w:t>
      </w:r>
    </w:p>
    <w:p w14:paraId="6F960CE0" w14:textId="77777777" w:rsidR="00025D1A" w:rsidRPr="009808B5" w:rsidRDefault="00291F6F" w:rsidP="005848C3">
      <w:pPr>
        <w:pStyle w:val="Seznamsodrkami"/>
        <w:spacing w:after="0" w:line="240" w:lineRule="auto"/>
        <w:ind w:left="737" w:hanging="255"/>
        <w:rPr>
          <w:sz w:val="20"/>
          <w:szCs w:val="20"/>
          <w:lang w:val="cs-CZ"/>
        </w:rPr>
      </w:pPr>
      <w:r w:rsidRPr="009808B5">
        <w:rPr>
          <w:sz w:val="20"/>
          <w:szCs w:val="20"/>
          <w:lang w:val="cs-CZ"/>
        </w:rPr>
        <w:t>novela zákona o obcích a dalších zákonů s vazbou na SO;</w:t>
      </w:r>
    </w:p>
    <w:p w14:paraId="6A78E363" w14:textId="77777777" w:rsidR="00025D1A" w:rsidRPr="009808B5" w:rsidRDefault="00291F6F" w:rsidP="005848C3">
      <w:pPr>
        <w:pStyle w:val="Seznamsodrkami"/>
        <w:spacing w:after="0" w:line="240" w:lineRule="auto"/>
        <w:ind w:left="737" w:hanging="255"/>
        <w:rPr>
          <w:sz w:val="20"/>
          <w:szCs w:val="20"/>
          <w:lang w:val="cs-CZ"/>
        </w:rPr>
      </w:pPr>
      <w:r w:rsidRPr="009808B5">
        <w:rPr>
          <w:sz w:val="20"/>
          <w:szCs w:val="20"/>
          <w:lang w:val="cs-CZ"/>
        </w:rPr>
        <w:t>místní školská správa;</w:t>
      </w:r>
    </w:p>
    <w:p w14:paraId="3AB82A1A" w14:textId="224CD6A0" w:rsidR="00025D1A" w:rsidRPr="009808B5" w:rsidRDefault="00291F6F" w:rsidP="005848C3">
      <w:pPr>
        <w:pStyle w:val="Seznamsodrkami"/>
        <w:spacing w:after="0" w:line="240" w:lineRule="auto"/>
        <w:ind w:left="737" w:hanging="255"/>
        <w:rPr>
          <w:sz w:val="20"/>
          <w:szCs w:val="20"/>
          <w:lang w:val="cs-CZ"/>
        </w:rPr>
      </w:pPr>
      <w:r w:rsidRPr="009808B5">
        <w:rPr>
          <w:sz w:val="20"/>
          <w:szCs w:val="20"/>
          <w:lang w:val="cs-CZ"/>
        </w:rPr>
        <w:t>sběr příkladů dobré praxe;</w:t>
      </w:r>
    </w:p>
    <w:p w14:paraId="4633F8D1" w14:textId="77777777" w:rsidR="00025D1A" w:rsidRPr="009808B5" w:rsidRDefault="00291F6F" w:rsidP="005848C3">
      <w:pPr>
        <w:pStyle w:val="Seznamsodrkami"/>
        <w:spacing w:after="0" w:line="240" w:lineRule="auto"/>
        <w:ind w:left="737" w:hanging="255"/>
        <w:rPr>
          <w:sz w:val="20"/>
          <w:szCs w:val="20"/>
          <w:lang w:val="cs-CZ"/>
        </w:rPr>
      </w:pPr>
      <w:r w:rsidRPr="009808B5">
        <w:rPr>
          <w:sz w:val="20"/>
          <w:szCs w:val="20"/>
          <w:lang w:val="cs-CZ"/>
        </w:rPr>
        <w:t>další kroky MV;</w:t>
      </w:r>
    </w:p>
    <w:p w14:paraId="52DD4DCE" w14:textId="77777777" w:rsidR="00025D1A" w:rsidRPr="009808B5" w:rsidRDefault="00291F6F" w:rsidP="005848C3">
      <w:pPr>
        <w:pStyle w:val="Seznamsodrkami"/>
        <w:spacing w:after="0" w:line="240" w:lineRule="auto"/>
        <w:ind w:left="737" w:hanging="255"/>
        <w:rPr>
          <w:sz w:val="20"/>
          <w:szCs w:val="20"/>
          <w:lang w:val="cs-CZ"/>
        </w:rPr>
      </w:pPr>
      <w:r w:rsidRPr="009808B5">
        <w:rPr>
          <w:sz w:val="20"/>
          <w:szCs w:val="20"/>
          <w:lang w:val="cs-CZ"/>
        </w:rPr>
        <w:t>diskuse se SO.</w:t>
      </w:r>
    </w:p>
    <w:p w14:paraId="0BA6C6C8" w14:textId="77777777" w:rsidR="00386348" w:rsidRPr="009808B5" w:rsidRDefault="00386348" w:rsidP="005848C3">
      <w:pPr>
        <w:keepNext/>
        <w:spacing w:after="0" w:line="240" w:lineRule="auto"/>
        <w:rPr>
          <w:b/>
          <w:sz w:val="20"/>
          <w:szCs w:val="20"/>
          <w:lang w:val="cs-CZ"/>
        </w:rPr>
      </w:pPr>
    </w:p>
    <w:p w14:paraId="4AB6A6EC" w14:textId="19090F90" w:rsidR="00025D1A" w:rsidRPr="009808B5" w:rsidRDefault="00291F6F" w:rsidP="005848C3">
      <w:pPr>
        <w:keepNext/>
        <w:spacing w:after="0" w:line="240" w:lineRule="auto"/>
        <w:rPr>
          <w:sz w:val="20"/>
          <w:szCs w:val="20"/>
          <w:lang w:val="cs-CZ"/>
        </w:rPr>
      </w:pPr>
      <w:r w:rsidRPr="009808B5">
        <w:rPr>
          <w:b/>
          <w:sz w:val="20"/>
          <w:szCs w:val="20"/>
          <w:lang w:val="cs-CZ"/>
        </w:rPr>
        <w:t>1</w:t>
      </w:r>
      <w:r w:rsidR="00386348" w:rsidRPr="009808B5">
        <w:rPr>
          <w:b/>
          <w:sz w:val="20"/>
          <w:szCs w:val="20"/>
          <w:lang w:val="cs-CZ"/>
        </w:rPr>
        <w:t>0</w:t>
      </w:r>
      <w:r w:rsidRPr="009808B5">
        <w:rPr>
          <w:b/>
          <w:sz w:val="20"/>
          <w:szCs w:val="20"/>
          <w:lang w:val="cs-CZ"/>
        </w:rPr>
        <w:t>:</w:t>
      </w:r>
      <w:r w:rsidR="00386348" w:rsidRPr="009808B5">
        <w:rPr>
          <w:b/>
          <w:sz w:val="20"/>
          <w:szCs w:val="20"/>
          <w:lang w:val="cs-CZ"/>
        </w:rPr>
        <w:t>3</w:t>
      </w:r>
      <w:r w:rsidRPr="009808B5">
        <w:rPr>
          <w:b/>
          <w:sz w:val="20"/>
          <w:szCs w:val="20"/>
          <w:lang w:val="cs-CZ"/>
        </w:rPr>
        <w:t>0–11:</w:t>
      </w:r>
      <w:r w:rsidR="00386348" w:rsidRPr="009808B5">
        <w:rPr>
          <w:b/>
          <w:sz w:val="20"/>
          <w:szCs w:val="20"/>
          <w:lang w:val="cs-CZ"/>
        </w:rPr>
        <w:t>00</w:t>
      </w:r>
      <w:r w:rsidRPr="009808B5">
        <w:rPr>
          <w:b/>
          <w:sz w:val="20"/>
          <w:szCs w:val="20"/>
          <w:lang w:val="cs-CZ"/>
        </w:rPr>
        <w:t xml:space="preserve">  Dotace pro SO 2026</w:t>
      </w:r>
    </w:p>
    <w:p w14:paraId="5C2E7B15" w14:textId="77777777" w:rsidR="00025D1A" w:rsidRPr="009808B5" w:rsidRDefault="00291F6F" w:rsidP="005848C3">
      <w:pPr>
        <w:pStyle w:val="Seznamsodrkami"/>
        <w:spacing w:after="0" w:line="240" w:lineRule="auto"/>
        <w:ind w:left="737" w:hanging="255"/>
        <w:rPr>
          <w:sz w:val="20"/>
          <w:szCs w:val="20"/>
          <w:lang w:val="cs-CZ"/>
        </w:rPr>
      </w:pPr>
      <w:r w:rsidRPr="009808B5">
        <w:rPr>
          <w:sz w:val="20"/>
          <w:szCs w:val="20"/>
          <w:lang w:val="cs-CZ"/>
        </w:rPr>
        <w:t>povinnosti vyplývající z realizace projektů;</w:t>
      </w:r>
    </w:p>
    <w:p w14:paraId="7E34BC2D" w14:textId="77777777" w:rsidR="00025D1A" w:rsidRPr="009808B5" w:rsidRDefault="00291F6F" w:rsidP="005848C3">
      <w:pPr>
        <w:pStyle w:val="Seznamsodrkami"/>
        <w:spacing w:after="0" w:line="240" w:lineRule="auto"/>
        <w:ind w:left="737" w:hanging="255"/>
        <w:rPr>
          <w:sz w:val="20"/>
          <w:szCs w:val="20"/>
          <w:lang w:val="cs-CZ"/>
        </w:rPr>
      </w:pPr>
      <w:r w:rsidRPr="009808B5">
        <w:rPr>
          <w:sz w:val="20"/>
          <w:szCs w:val="20"/>
          <w:lang w:val="cs-CZ"/>
        </w:rPr>
        <w:t>klíčové termíny – průběžná a závěrečná zpráva a finanční uzavření projektů;</w:t>
      </w:r>
    </w:p>
    <w:p w14:paraId="48240B99" w14:textId="77777777" w:rsidR="00025D1A" w:rsidRPr="009808B5" w:rsidRDefault="00291F6F" w:rsidP="005848C3">
      <w:pPr>
        <w:pStyle w:val="Seznamsodrkami"/>
        <w:spacing w:after="0" w:line="240" w:lineRule="auto"/>
        <w:ind w:left="737" w:hanging="255"/>
        <w:rPr>
          <w:sz w:val="20"/>
          <w:szCs w:val="20"/>
          <w:lang w:val="cs-CZ"/>
        </w:rPr>
      </w:pPr>
      <w:r w:rsidRPr="009808B5">
        <w:rPr>
          <w:sz w:val="20"/>
          <w:szCs w:val="20"/>
          <w:lang w:val="cs-CZ"/>
        </w:rPr>
        <w:t>souběh s MAP II;</w:t>
      </w:r>
    </w:p>
    <w:p w14:paraId="29DDD329" w14:textId="77777777" w:rsidR="00025D1A" w:rsidRPr="009808B5" w:rsidRDefault="00291F6F" w:rsidP="005848C3">
      <w:pPr>
        <w:pStyle w:val="Seznamsodrkami"/>
        <w:spacing w:after="0" w:line="240" w:lineRule="auto"/>
        <w:ind w:left="737" w:hanging="255"/>
        <w:rPr>
          <w:sz w:val="20"/>
          <w:szCs w:val="20"/>
          <w:lang w:val="cs-CZ"/>
        </w:rPr>
      </w:pPr>
      <w:r w:rsidRPr="009808B5">
        <w:rPr>
          <w:sz w:val="20"/>
          <w:szCs w:val="20"/>
          <w:lang w:val="cs-CZ"/>
        </w:rPr>
        <w:t>změny projektů;</w:t>
      </w:r>
    </w:p>
    <w:p w14:paraId="3DFA98EC" w14:textId="77777777" w:rsidR="00025D1A" w:rsidRPr="009808B5" w:rsidRDefault="00291F6F" w:rsidP="005848C3">
      <w:pPr>
        <w:pStyle w:val="Seznamsodrkami"/>
        <w:spacing w:after="0" w:line="240" w:lineRule="auto"/>
        <w:ind w:left="737" w:hanging="255"/>
        <w:rPr>
          <w:sz w:val="20"/>
          <w:szCs w:val="20"/>
          <w:lang w:val="cs-CZ"/>
        </w:rPr>
      </w:pPr>
      <w:r w:rsidRPr="009808B5">
        <w:rPr>
          <w:sz w:val="20"/>
          <w:szCs w:val="20"/>
          <w:lang w:val="cs-CZ"/>
        </w:rPr>
        <w:t>diskuse se SO.</w:t>
      </w:r>
    </w:p>
    <w:p w14:paraId="2DA76F7C" w14:textId="77777777" w:rsidR="00386348" w:rsidRPr="009808B5" w:rsidRDefault="00386348" w:rsidP="005848C3">
      <w:pPr>
        <w:pStyle w:val="Seznamsodrkami"/>
        <w:numPr>
          <w:ilvl w:val="0"/>
          <w:numId w:val="0"/>
        </w:numPr>
        <w:spacing w:after="0" w:line="240" w:lineRule="auto"/>
        <w:ind w:left="360" w:hanging="360"/>
        <w:rPr>
          <w:sz w:val="20"/>
          <w:szCs w:val="20"/>
          <w:lang w:val="cs-CZ"/>
        </w:rPr>
      </w:pPr>
    </w:p>
    <w:p w14:paraId="13785382" w14:textId="7B5F7B45" w:rsidR="00386348" w:rsidRPr="009808B5" w:rsidRDefault="00386348" w:rsidP="005848C3">
      <w:pPr>
        <w:keepNext/>
        <w:spacing w:after="0" w:line="240" w:lineRule="auto"/>
        <w:rPr>
          <w:sz w:val="20"/>
          <w:szCs w:val="20"/>
          <w:lang w:val="cs-CZ"/>
        </w:rPr>
      </w:pPr>
      <w:r w:rsidRPr="009808B5">
        <w:rPr>
          <w:b/>
          <w:sz w:val="20"/>
          <w:szCs w:val="20"/>
          <w:lang w:val="cs-CZ"/>
        </w:rPr>
        <w:t>11:00–11:45  Zpracování strategie rozvoje společenství obcí</w:t>
      </w:r>
    </w:p>
    <w:p w14:paraId="0A285E9F" w14:textId="77777777" w:rsidR="00386348" w:rsidRPr="009808B5" w:rsidRDefault="00386348" w:rsidP="005848C3">
      <w:pPr>
        <w:pStyle w:val="Seznamsodrkami"/>
        <w:spacing w:after="0" w:line="240" w:lineRule="auto"/>
        <w:ind w:left="737" w:hanging="255"/>
        <w:rPr>
          <w:sz w:val="20"/>
          <w:szCs w:val="20"/>
          <w:lang w:val="cs-CZ"/>
        </w:rPr>
      </w:pPr>
      <w:r w:rsidRPr="009808B5">
        <w:rPr>
          <w:sz w:val="20"/>
          <w:szCs w:val="20"/>
          <w:lang w:val="cs-CZ"/>
        </w:rPr>
        <w:t>metodické vedení a očekávané výstupy do konce roku;</w:t>
      </w:r>
    </w:p>
    <w:p w14:paraId="49C2BCAC" w14:textId="77777777" w:rsidR="00386348" w:rsidRPr="009808B5" w:rsidRDefault="00386348" w:rsidP="005848C3">
      <w:pPr>
        <w:pStyle w:val="Seznamsodrkami"/>
        <w:spacing w:after="0" w:line="240" w:lineRule="auto"/>
        <w:ind w:left="737" w:hanging="255"/>
        <w:rPr>
          <w:sz w:val="20"/>
          <w:szCs w:val="20"/>
          <w:lang w:val="cs-CZ"/>
        </w:rPr>
      </w:pPr>
      <w:r w:rsidRPr="009808B5">
        <w:rPr>
          <w:sz w:val="20"/>
          <w:szCs w:val="20"/>
          <w:lang w:val="cs-CZ"/>
        </w:rPr>
        <w:t>odlišení výstupů pro potřeby dotace od celkové podoby strategie;</w:t>
      </w:r>
    </w:p>
    <w:p w14:paraId="64A7C689" w14:textId="70E31123" w:rsidR="00386348" w:rsidRPr="009808B5" w:rsidRDefault="005848C3" w:rsidP="005848C3">
      <w:pPr>
        <w:pStyle w:val="Seznamsodrkami"/>
        <w:spacing w:after="0" w:line="240" w:lineRule="auto"/>
        <w:ind w:left="737" w:hanging="255"/>
        <w:rPr>
          <w:sz w:val="20"/>
          <w:szCs w:val="20"/>
          <w:lang w:val="cs-CZ"/>
        </w:rPr>
      </w:pPr>
      <w:r w:rsidRPr="009808B5">
        <w:rPr>
          <w:sz w:val="20"/>
          <w:szCs w:val="20"/>
          <w:lang w:val="cs-CZ"/>
        </w:rPr>
        <w:t>facilitovaná diskuze a představení dosavadní praxe při tvorbě strategií SO - realizováno ve spolupráci s ASO.</w:t>
      </w:r>
    </w:p>
    <w:p w14:paraId="1B3A19D6" w14:textId="77777777" w:rsidR="005848C3" w:rsidRPr="009808B5" w:rsidRDefault="005848C3" w:rsidP="005848C3">
      <w:pPr>
        <w:pStyle w:val="Seznamsodrkami"/>
        <w:numPr>
          <w:ilvl w:val="0"/>
          <w:numId w:val="0"/>
        </w:numPr>
        <w:spacing w:after="0" w:line="240" w:lineRule="auto"/>
        <w:ind w:left="737"/>
        <w:rPr>
          <w:sz w:val="20"/>
          <w:szCs w:val="20"/>
          <w:lang w:val="cs-CZ"/>
        </w:rPr>
      </w:pPr>
    </w:p>
    <w:p w14:paraId="51C96515" w14:textId="3CFE013B" w:rsidR="00025D1A" w:rsidRPr="009808B5" w:rsidRDefault="005848C3" w:rsidP="005848C3">
      <w:pPr>
        <w:spacing w:after="0" w:line="240" w:lineRule="auto"/>
        <w:rPr>
          <w:sz w:val="20"/>
          <w:szCs w:val="20"/>
          <w:lang w:val="cs-CZ"/>
        </w:rPr>
      </w:pPr>
      <w:r w:rsidRPr="009808B5">
        <w:rPr>
          <w:b/>
          <w:sz w:val="20"/>
          <w:szCs w:val="20"/>
          <w:lang w:val="cs-CZ"/>
        </w:rPr>
        <w:t>12:00</w:t>
      </w:r>
      <w:r w:rsidR="00291F6F" w:rsidRPr="009808B5">
        <w:rPr>
          <w:b/>
          <w:sz w:val="20"/>
          <w:szCs w:val="20"/>
          <w:lang w:val="cs-CZ"/>
        </w:rPr>
        <w:t>–12:30  Oběd formou rautu</w:t>
      </w:r>
    </w:p>
    <w:p w14:paraId="585DD22B" w14:textId="77777777" w:rsidR="00386348" w:rsidRPr="005848C3" w:rsidRDefault="00386348" w:rsidP="005848C3">
      <w:pPr>
        <w:spacing w:after="0" w:line="240" w:lineRule="auto"/>
        <w:rPr>
          <w:b/>
          <w:sz w:val="20"/>
          <w:szCs w:val="20"/>
        </w:rPr>
      </w:pPr>
    </w:p>
    <w:p w14:paraId="3637BE2E" w14:textId="3469C2AA" w:rsidR="00025D1A" w:rsidRPr="009808B5" w:rsidRDefault="00291F6F" w:rsidP="005848C3">
      <w:pPr>
        <w:spacing w:after="0" w:line="240" w:lineRule="auto"/>
        <w:rPr>
          <w:sz w:val="20"/>
          <w:szCs w:val="20"/>
          <w:lang w:val="cs-CZ"/>
        </w:rPr>
      </w:pPr>
      <w:r w:rsidRPr="009808B5">
        <w:rPr>
          <w:b/>
          <w:sz w:val="20"/>
          <w:szCs w:val="20"/>
          <w:lang w:val="cs-CZ"/>
        </w:rPr>
        <w:t>12:30–13:30  Možnost individuálních konzultací</w:t>
      </w:r>
      <w:bookmarkStart w:id="0" w:name="_GoBack"/>
      <w:bookmarkEnd w:id="0"/>
    </w:p>
    <w:sectPr w:rsidR="00025D1A" w:rsidRPr="009808B5" w:rsidSect="00034616">
      <w:pgSz w:w="11906" w:h="16838"/>
      <w:pgMar w:top="1134" w:right="1247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CC094B" w14:textId="77777777" w:rsidR="00A1545E" w:rsidRDefault="00A1545E" w:rsidP="00773D22">
      <w:pPr>
        <w:spacing w:after="0" w:line="240" w:lineRule="auto"/>
      </w:pPr>
      <w:r>
        <w:separator/>
      </w:r>
    </w:p>
  </w:endnote>
  <w:endnote w:type="continuationSeparator" w:id="0">
    <w:p w14:paraId="6026A8C2" w14:textId="77777777" w:rsidR="00A1545E" w:rsidRDefault="00A1545E" w:rsidP="00773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2FECA7" w14:textId="77777777" w:rsidR="00A1545E" w:rsidRDefault="00A1545E" w:rsidP="00773D22">
      <w:pPr>
        <w:spacing w:after="0" w:line="240" w:lineRule="auto"/>
      </w:pPr>
      <w:r>
        <w:separator/>
      </w:r>
    </w:p>
  </w:footnote>
  <w:footnote w:type="continuationSeparator" w:id="0">
    <w:p w14:paraId="71600675" w14:textId="77777777" w:rsidR="00A1545E" w:rsidRDefault="00A1545E" w:rsidP="00773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movePersonalInformation/>
  <w:removeDateAndTime/>
  <w:revisionView w:inkAnnotation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5D1A"/>
    <w:rsid w:val="00034616"/>
    <w:rsid w:val="0006063C"/>
    <w:rsid w:val="0015074B"/>
    <w:rsid w:val="001815F3"/>
    <w:rsid w:val="00291F6F"/>
    <w:rsid w:val="0029639D"/>
    <w:rsid w:val="00326F90"/>
    <w:rsid w:val="00386348"/>
    <w:rsid w:val="003C65B5"/>
    <w:rsid w:val="003F24A3"/>
    <w:rsid w:val="00464F93"/>
    <w:rsid w:val="005848C3"/>
    <w:rsid w:val="00684D89"/>
    <w:rsid w:val="00773D22"/>
    <w:rsid w:val="00820DAB"/>
    <w:rsid w:val="00876E51"/>
    <w:rsid w:val="00971CCF"/>
    <w:rsid w:val="009808B5"/>
    <w:rsid w:val="00A1545E"/>
    <w:rsid w:val="00AA1D8D"/>
    <w:rsid w:val="00B47730"/>
    <w:rsid w:val="00CB0664"/>
    <w:rsid w:val="00CF4243"/>
    <w:rsid w:val="00D319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D2203C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1E63A2-0314-424A-AB6B-B6EF57461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1845</Characters>
  <Application>Microsoft Office Word</Application>
  <DocSecurity>4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2026-09-18T08:01:00Z</dcterms:created>
  <dcterms:modified xsi:type="dcterms:W3CDTF">2026-09-18T08:01:00Z</dcterms:modified>
  <cp:category/>
</cp:coreProperties>
</file>